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4FD6" w:rsidRDefault="005F1879">
      <w:r>
        <w:rPr>
          <w:noProof/>
        </w:rPr>
        <w:drawing>
          <wp:inline distT="0" distB="0" distL="0" distR="0">
            <wp:extent cx="2120900" cy="165100"/>
            <wp:effectExtent l="0" t="0" r="0" b="0"/>
            <wp:docPr id="106240448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404482" name="Imagen 106240448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6407" w:type="dxa"/>
        <w:tblInd w:w="393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403"/>
        <w:gridCol w:w="1509"/>
        <w:gridCol w:w="1495"/>
      </w:tblGrid>
      <w:tr w:rsidR="00B66054" w:rsidTr="00B66054">
        <w:trPr>
          <w:trHeight w:val="396"/>
        </w:trPr>
        <w:tc>
          <w:tcPr>
            <w:tcW w:w="340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E4FD6" w:rsidRPr="000857E3" w:rsidRDefault="00000000">
            <w:pPr>
              <w:rPr>
                <w:rFonts w:ascii="Helvetica Neue" w:hAnsi="Helvetica Neue"/>
                <w:b/>
                <w:bCs/>
                <w:sz w:val="16"/>
                <w:szCs w:val="16"/>
              </w:rPr>
            </w:pPr>
            <w:r w:rsidRPr="000857E3">
              <w:rPr>
                <w:rFonts w:ascii="Helvetica Neue" w:hAnsi="Helvetica Neue"/>
                <w:b/>
                <w:bCs/>
                <w:sz w:val="16"/>
                <w:szCs w:val="16"/>
              </w:rPr>
              <w:t>ALBARÁN Nº</w:t>
            </w:r>
          </w:p>
        </w:tc>
        <w:tc>
          <w:tcPr>
            <w:tcW w:w="150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4E4FD6" w:rsidRPr="00D50FE2" w:rsidRDefault="00000000">
            <w:pPr>
              <w:rPr>
                <w:rFonts w:ascii="Helvetica Neue Light" w:hAnsi="Helvetica Neue Light"/>
                <w:sz w:val="13"/>
                <w:szCs w:val="13"/>
              </w:rPr>
            </w:pPr>
            <w:r w:rsidRPr="00D50FE2">
              <w:rPr>
                <w:rFonts w:ascii="Helvetica Neue Light" w:hAnsi="Helvetica Neue Light"/>
                <w:sz w:val="13"/>
                <w:szCs w:val="13"/>
              </w:rPr>
              <w:t>FECHA</w:t>
            </w:r>
          </w:p>
        </w:tc>
        <w:tc>
          <w:tcPr>
            <w:tcW w:w="14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4E4FD6" w:rsidRPr="00D50FE2" w:rsidRDefault="00000000">
            <w:pPr>
              <w:rPr>
                <w:rFonts w:ascii="Helvetica Neue Light" w:hAnsi="Helvetica Neue Light"/>
                <w:sz w:val="13"/>
                <w:szCs w:val="13"/>
              </w:rPr>
            </w:pPr>
            <w:r w:rsidRPr="00D50FE2">
              <w:rPr>
                <w:rFonts w:ascii="Helvetica Neue Light" w:hAnsi="Helvetica Neue Light"/>
                <w:sz w:val="13"/>
                <w:szCs w:val="13"/>
              </w:rPr>
              <w:t>PÁG.</w:t>
            </w:r>
          </w:p>
        </w:tc>
      </w:tr>
      <w:tr w:rsidR="000857E3" w:rsidTr="00B66054">
        <w:trPr>
          <w:trHeight w:val="402"/>
        </w:trPr>
        <w:tc>
          <w:tcPr>
            <w:tcW w:w="340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0857E3" w:rsidRPr="00D50FE2" w:rsidRDefault="000857E3">
            <w:pPr>
              <w:rPr>
                <w:rFonts w:ascii="Helvetica Neue Light" w:hAnsi="Helvetica Neue Light"/>
                <w:sz w:val="13"/>
                <w:szCs w:val="13"/>
              </w:rPr>
            </w:pPr>
            <w:r w:rsidRPr="00D50FE2">
              <w:rPr>
                <w:rFonts w:ascii="Helvetica Neue Light" w:hAnsi="Helvetica Neue Light"/>
                <w:sz w:val="13"/>
                <w:szCs w:val="13"/>
              </w:rPr>
              <w:t>CLIENTE</w:t>
            </w:r>
          </w:p>
        </w:tc>
        <w:tc>
          <w:tcPr>
            <w:tcW w:w="3004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0857E3" w:rsidRPr="00D50FE2" w:rsidRDefault="000857E3">
            <w:pPr>
              <w:rPr>
                <w:rFonts w:ascii="Helvetica Neue Light" w:hAnsi="Helvetica Neue Light"/>
                <w:sz w:val="13"/>
                <w:szCs w:val="13"/>
              </w:rPr>
            </w:pPr>
            <w:r w:rsidRPr="00D50FE2">
              <w:rPr>
                <w:rFonts w:ascii="Helvetica Neue Light" w:hAnsi="Helvetica Neue Light"/>
                <w:sz w:val="13"/>
                <w:szCs w:val="13"/>
              </w:rPr>
              <w:t>N.I.F.</w:t>
            </w:r>
          </w:p>
        </w:tc>
      </w:tr>
      <w:tr w:rsidR="000857E3" w:rsidTr="00B66054">
        <w:trPr>
          <w:trHeight w:val="419"/>
        </w:trPr>
        <w:tc>
          <w:tcPr>
            <w:tcW w:w="640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0857E3" w:rsidRPr="00D50FE2" w:rsidRDefault="000857E3">
            <w:pPr>
              <w:rPr>
                <w:rFonts w:ascii="Helvetica Neue Light" w:hAnsi="Helvetica Neue Light"/>
                <w:sz w:val="13"/>
                <w:szCs w:val="13"/>
              </w:rPr>
            </w:pPr>
            <w:r w:rsidRPr="00D50FE2">
              <w:rPr>
                <w:rFonts w:ascii="Helvetica Neue Light" w:hAnsi="Helvetica Neue Light"/>
                <w:sz w:val="13"/>
                <w:szCs w:val="13"/>
              </w:rPr>
              <w:t>DOMICILIO</w:t>
            </w:r>
          </w:p>
        </w:tc>
      </w:tr>
      <w:tr w:rsidR="000857E3" w:rsidTr="00B66054">
        <w:trPr>
          <w:trHeight w:val="435"/>
        </w:trPr>
        <w:tc>
          <w:tcPr>
            <w:tcW w:w="340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0857E3" w:rsidRPr="00D50FE2" w:rsidRDefault="000857E3">
            <w:pPr>
              <w:rPr>
                <w:rFonts w:ascii="Helvetica Neue Light" w:hAnsi="Helvetica Neue Light"/>
                <w:sz w:val="13"/>
                <w:szCs w:val="13"/>
              </w:rPr>
            </w:pPr>
            <w:r w:rsidRPr="00D50FE2">
              <w:rPr>
                <w:rFonts w:ascii="Helvetica Neue Light" w:hAnsi="Helvetica Neue Light"/>
                <w:sz w:val="13"/>
                <w:szCs w:val="13"/>
              </w:rPr>
              <w:t>POBLACIÓN</w:t>
            </w:r>
          </w:p>
        </w:tc>
        <w:tc>
          <w:tcPr>
            <w:tcW w:w="3004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0857E3" w:rsidRPr="00D50FE2" w:rsidRDefault="000857E3">
            <w:pPr>
              <w:rPr>
                <w:rFonts w:ascii="Helvetica Neue Light" w:hAnsi="Helvetica Neue Light"/>
                <w:sz w:val="13"/>
                <w:szCs w:val="13"/>
              </w:rPr>
            </w:pPr>
            <w:r w:rsidRPr="00D50FE2">
              <w:rPr>
                <w:rFonts w:ascii="Helvetica Neue Light" w:hAnsi="Helvetica Neue Light"/>
                <w:sz w:val="13"/>
                <w:szCs w:val="13"/>
              </w:rPr>
              <w:t>C.P.</w:t>
            </w:r>
          </w:p>
        </w:tc>
      </w:tr>
    </w:tbl>
    <w:p w:rsidR="004E4FD6" w:rsidRDefault="004E4FD6"/>
    <w:tbl>
      <w:tblPr>
        <w:tblStyle w:val="Tablaconcuadrcula"/>
        <w:tblW w:w="1030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271"/>
        <w:gridCol w:w="1275"/>
        <w:gridCol w:w="4877"/>
        <w:gridCol w:w="1304"/>
        <w:gridCol w:w="1577"/>
      </w:tblGrid>
      <w:tr w:rsidR="00236380" w:rsidRPr="000857E3" w:rsidTr="00303BE6">
        <w:trPr>
          <w:trHeight w:val="430"/>
        </w:trPr>
        <w:tc>
          <w:tcPr>
            <w:tcW w:w="1271" w:type="dxa"/>
            <w:shd w:val="clear" w:color="auto" w:fill="D9D9D9" w:themeFill="background1" w:themeFillShade="D9"/>
          </w:tcPr>
          <w:p w:rsidR="004E4FD6" w:rsidRPr="00D50FE2" w:rsidRDefault="00000000">
            <w:pPr>
              <w:rPr>
                <w:rFonts w:ascii="Helvetica Neue Light" w:hAnsi="Helvetica Neue Light"/>
                <w:sz w:val="13"/>
                <w:szCs w:val="13"/>
              </w:rPr>
            </w:pPr>
            <w:r w:rsidRPr="00D50FE2">
              <w:rPr>
                <w:rFonts w:ascii="Helvetica Neue Light" w:hAnsi="Helvetica Neue Light"/>
                <w:sz w:val="13"/>
                <w:szCs w:val="13"/>
              </w:rPr>
              <w:t>CANTIDAD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4E4FD6" w:rsidRPr="00D50FE2" w:rsidRDefault="00000000">
            <w:pPr>
              <w:rPr>
                <w:rFonts w:ascii="Helvetica Neue Light" w:hAnsi="Helvetica Neue Light"/>
                <w:sz w:val="13"/>
                <w:szCs w:val="13"/>
              </w:rPr>
            </w:pPr>
            <w:r w:rsidRPr="00D50FE2">
              <w:rPr>
                <w:rFonts w:ascii="Helvetica Neue Light" w:hAnsi="Helvetica Neue Light"/>
                <w:sz w:val="13"/>
                <w:szCs w:val="13"/>
              </w:rPr>
              <w:t>CÓDIGO</w:t>
            </w:r>
          </w:p>
        </w:tc>
        <w:tc>
          <w:tcPr>
            <w:tcW w:w="4877" w:type="dxa"/>
            <w:shd w:val="clear" w:color="auto" w:fill="D9D9D9" w:themeFill="background1" w:themeFillShade="D9"/>
          </w:tcPr>
          <w:p w:rsidR="004E4FD6" w:rsidRPr="00D50FE2" w:rsidRDefault="00000000">
            <w:pPr>
              <w:rPr>
                <w:rFonts w:ascii="Helvetica Neue Light" w:hAnsi="Helvetica Neue Light"/>
                <w:sz w:val="13"/>
                <w:szCs w:val="13"/>
              </w:rPr>
            </w:pPr>
            <w:r w:rsidRPr="00D50FE2">
              <w:rPr>
                <w:rFonts w:ascii="Helvetica Neue Light" w:hAnsi="Helvetica Neue Light"/>
                <w:sz w:val="13"/>
                <w:szCs w:val="13"/>
              </w:rPr>
              <w:t>DESCRIPCIÓN</w:t>
            </w:r>
          </w:p>
        </w:tc>
        <w:tc>
          <w:tcPr>
            <w:tcW w:w="1304" w:type="dxa"/>
            <w:shd w:val="clear" w:color="auto" w:fill="D9D9D9" w:themeFill="background1" w:themeFillShade="D9"/>
          </w:tcPr>
          <w:p w:rsidR="004E4FD6" w:rsidRPr="00D50FE2" w:rsidRDefault="00000000">
            <w:pPr>
              <w:rPr>
                <w:rFonts w:ascii="Helvetica Neue Light" w:hAnsi="Helvetica Neue Light"/>
                <w:sz w:val="13"/>
                <w:szCs w:val="13"/>
              </w:rPr>
            </w:pPr>
            <w:r w:rsidRPr="00D50FE2">
              <w:rPr>
                <w:rFonts w:ascii="Helvetica Neue Light" w:hAnsi="Helvetica Neue Light"/>
                <w:sz w:val="13"/>
                <w:szCs w:val="13"/>
              </w:rPr>
              <w:t>PRECIO</w:t>
            </w:r>
          </w:p>
        </w:tc>
        <w:tc>
          <w:tcPr>
            <w:tcW w:w="1577" w:type="dxa"/>
            <w:shd w:val="clear" w:color="auto" w:fill="D9D9D9" w:themeFill="background1" w:themeFillShade="D9"/>
          </w:tcPr>
          <w:p w:rsidR="004E4FD6" w:rsidRPr="00D50FE2" w:rsidRDefault="00000000">
            <w:pPr>
              <w:rPr>
                <w:rFonts w:ascii="Helvetica Neue Light" w:hAnsi="Helvetica Neue Light"/>
                <w:sz w:val="13"/>
                <w:szCs w:val="13"/>
              </w:rPr>
            </w:pPr>
            <w:r w:rsidRPr="00D50FE2">
              <w:rPr>
                <w:rFonts w:ascii="Helvetica Neue Light" w:hAnsi="Helvetica Neue Light"/>
                <w:sz w:val="13"/>
                <w:szCs w:val="13"/>
              </w:rPr>
              <w:t>IMPORTE</w:t>
            </w:r>
          </w:p>
        </w:tc>
      </w:tr>
      <w:tr w:rsidR="00236380" w:rsidRPr="000857E3" w:rsidTr="00303BE6">
        <w:trPr>
          <w:trHeight w:val="430"/>
        </w:trPr>
        <w:tc>
          <w:tcPr>
            <w:tcW w:w="1271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275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4877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304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D9D9D9" w:themeFill="background1" w:themeFillShade="D9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</w:tr>
      <w:tr w:rsidR="00236380" w:rsidRPr="000857E3" w:rsidTr="00303BE6">
        <w:trPr>
          <w:trHeight w:val="478"/>
        </w:trPr>
        <w:tc>
          <w:tcPr>
            <w:tcW w:w="1271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275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4877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304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D9D9D9" w:themeFill="background1" w:themeFillShade="D9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</w:tr>
      <w:tr w:rsidR="00236380" w:rsidRPr="000857E3" w:rsidTr="00303BE6">
        <w:trPr>
          <w:trHeight w:val="430"/>
        </w:trPr>
        <w:tc>
          <w:tcPr>
            <w:tcW w:w="1271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275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4877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304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D9D9D9" w:themeFill="background1" w:themeFillShade="D9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</w:tr>
      <w:tr w:rsidR="00236380" w:rsidRPr="000857E3" w:rsidTr="00303BE6">
        <w:trPr>
          <w:trHeight w:val="430"/>
        </w:trPr>
        <w:tc>
          <w:tcPr>
            <w:tcW w:w="1271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275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4877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304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D9D9D9" w:themeFill="background1" w:themeFillShade="D9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</w:tr>
      <w:tr w:rsidR="00236380" w:rsidRPr="000857E3" w:rsidTr="00303BE6">
        <w:trPr>
          <w:trHeight w:val="430"/>
        </w:trPr>
        <w:tc>
          <w:tcPr>
            <w:tcW w:w="1271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275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4877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304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D9D9D9" w:themeFill="background1" w:themeFillShade="D9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</w:tr>
      <w:tr w:rsidR="00236380" w:rsidRPr="000857E3" w:rsidTr="00303BE6">
        <w:trPr>
          <w:trHeight w:val="430"/>
        </w:trPr>
        <w:tc>
          <w:tcPr>
            <w:tcW w:w="1271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275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4877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304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D9D9D9" w:themeFill="background1" w:themeFillShade="D9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</w:tr>
      <w:tr w:rsidR="00236380" w:rsidRPr="000857E3" w:rsidTr="00303BE6">
        <w:trPr>
          <w:trHeight w:val="430"/>
        </w:trPr>
        <w:tc>
          <w:tcPr>
            <w:tcW w:w="1271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275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4877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304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D9D9D9" w:themeFill="background1" w:themeFillShade="D9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</w:tr>
      <w:tr w:rsidR="00236380" w:rsidRPr="000857E3" w:rsidTr="00303BE6">
        <w:trPr>
          <w:trHeight w:val="478"/>
        </w:trPr>
        <w:tc>
          <w:tcPr>
            <w:tcW w:w="1271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275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4877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304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D9D9D9" w:themeFill="background1" w:themeFillShade="D9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</w:tr>
      <w:tr w:rsidR="00236380" w:rsidRPr="000857E3" w:rsidTr="00303BE6">
        <w:trPr>
          <w:trHeight w:val="430"/>
        </w:trPr>
        <w:tc>
          <w:tcPr>
            <w:tcW w:w="1271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275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4877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304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D9D9D9" w:themeFill="background1" w:themeFillShade="D9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</w:tr>
      <w:tr w:rsidR="00236380" w:rsidRPr="000857E3" w:rsidTr="00303BE6">
        <w:trPr>
          <w:trHeight w:val="430"/>
        </w:trPr>
        <w:tc>
          <w:tcPr>
            <w:tcW w:w="1271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275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4877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304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D9D9D9" w:themeFill="background1" w:themeFillShade="D9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</w:tr>
      <w:tr w:rsidR="00236380" w:rsidRPr="000857E3" w:rsidTr="00303BE6">
        <w:trPr>
          <w:trHeight w:val="430"/>
        </w:trPr>
        <w:tc>
          <w:tcPr>
            <w:tcW w:w="1271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275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4877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304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D9D9D9" w:themeFill="background1" w:themeFillShade="D9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</w:tr>
      <w:tr w:rsidR="00236380" w:rsidRPr="000857E3" w:rsidTr="00303BE6">
        <w:trPr>
          <w:trHeight w:val="430"/>
        </w:trPr>
        <w:tc>
          <w:tcPr>
            <w:tcW w:w="1271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275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4877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304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D9D9D9" w:themeFill="background1" w:themeFillShade="D9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</w:tr>
      <w:tr w:rsidR="00236380" w:rsidRPr="000857E3" w:rsidTr="00303BE6">
        <w:trPr>
          <w:trHeight w:val="430"/>
        </w:trPr>
        <w:tc>
          <w:tcPr>
            <w:tcW w:w="1271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275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4877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304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D9D9D9" w:themeFill="background1" w:themeFillShade="D9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</w:tr>
      <w:tr w:rsidR="00236380" w:rsidRPr="000857E3" w:rsidTr="00303BE6">
        <w:trPr>
          <w:trHeight w:val="478"/>
        </w:trPr>
        <w:tc>
          <w:tcPr>
            <w:tcW w:w="1271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275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4877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304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D9D9D9" w:themeFill="background1" w:themeFillShade="D9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</w:tr>
      <w:tr w:rsidR="00236380" w:rsidRPr="000857E3" w:rsidTr="00303BE6">
        <w:trPr>
          <w:trHeight w:val="430"/>
        </w:trPr>
        <w:tc>
          <w:tcPr>
            <w:tcW w:w="1271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275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4877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304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D9D9D9" w:themeFill="background1" w:themeFillShade="D9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</w:tr>
      <w:tr w:rsidR="00236380" w:rsidRPr="000857E3" w:rsidTr="00303BE6">
        <w:trPr>
          <w:trHeight w:val="430"/>
        </w:trPr>
        <w:tc>
          <w:tcPr>
            <w:tcW w:w="1271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275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4877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304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D9D9D9" w:themeFill="background1" w:themeFillShade="D9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</w:tr>
      <w:tr w:rsidR="00236380" w:rsidRPr="000857E3" w:rsidTr="00303BE6">
        <w:trPr>
          <w:trHeight w:val="430"/>
        </w:trPr>
        <w:tc>
          <w:tcPr>
            <w:tcW w:w="1271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275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4877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304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1577" w:type="dxa"/>
            <w:shd w:val="clear" w:color="auto" w:fill="D9D9D9" w:themeFill="background1" w:themeFillShade="D9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</w:tr>
    </w:tbl>
    <w:p w:rsidR="004E4FD6" w:rsidRPr="000857E3" w:rsidRDefault="004E4FD6">
      <w:pPr>
        <w:rPr>
          <w:rFonts w:ascii="Helvetica Neue Light" w:hAnsi="Helvetica Neue Light"/>
          <w:sz w:val="16"/>
          <w:szCs w:val="16"/>
        </w:rPr>
      </w:pPr>
    </w:p>
    <w:tbl>
      <w:tblPr>
        <w:tblStyle w:val="Tablaconcuadrcula"/>
        <w:tblW w:w="10313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93"/>
        <w:gridCol w:w="2493"/>
        <w:gridCol w:w="2493"/>
        <w:gridCol w:w="2834"/>
      </w:tblGrid>
      <w:tr w:rsidR="00D50FE2" w:rsidRPr="000857E3" w:rsidTr="00303BE6">
        <w:trPr>
          <w:trHeight w:val="408"/>
        </w:trPr>
        <w:tc>
          <w:tcPr>
            <w:tcW w:w="2493" w:type="dxa"/>
            <w:shd w:val="clear" w:color="auto" w:fill="D9D9D9" w:themeFill="background1" w:themeFillShade="D9"/>
          </w:tcPr>
          <w:p w:rsidR="004E4FD6" w:rsidRPr="00D50FE2" w:rsidRDefault="00000000">
            <w:pPr>
              <w:rPr>
                <w:rFonts w:ascii="Helvetica Neue Light" w:hAnsi="Helvetica Neue Light"/>
                <w:sz w:val="13"/>
                <w:szCs w:val="13"/>
              </w:rPr>
            </w:pPr>
            <w:r w:rsidRPr="00D50FE2">
              <w:rPr>
                <w:rFonts w:ascii="Helvetica Neue Light" w:hAnsi="Helvetica Neue Light"/>
                <w:sz w:val="13"/>
                <w:szCs w:val="13"/>
              </w:rPr>
              <w:t>OBSERVACIONES</w:t>
            </w:r>
          </w:p>
        </w:tc>
        <w:tc>
          <w:tcPr>
            <w:tcW w:w="2493" w:type="dxa"/>
            <w:shd w:val="clear" w:color="auto" w:fill="D9D9D9" w:themeFill="background1" w:themeFillShade="D9"/>
          </w:tcPr>
          <w:p w:rsidR="004E4FD6" w:rsidRPr="00D50FE2" w:rsidRDefault="00000000">
            <w:pPr>
              <w:rPr>
                <w:rFonts w:ascii="Helvetica Neue Light" w:hAnsi="Helvetica Neue Light"/>
                <w:sz w:val="13"/>
                <w:szCs w:val="13"/>
              </w:rPr>
            </w:pPr>
            <w:r w:rsidRPr="00D50FE2">
              <w:rPr>
                <w:rFonts w:ascii="Helvetica Neue Light" w:hAnsi="Helvetica Neue Light"/>
                <w:sz w:val="13"/>
                <w:szCs w:val="13"/>
              </w:rPr>
              <w:t>TRANSPORTE</w:t>
            </w:r>
          </w:p>
        </w:tc>
        <w:tc>
          <w:tcPr>
            <w:tcW w:w="2493" w:type="dxa"/>
            <w:shd w:val="clear" w:color="auto" w:fill="D9D9D9" w:themeFill="background1" w:themeFillShade="D9"/>
          </w:tcPr>
          <w:p w:rsidR="004E4FD6" w:rsidRPr="00D50FE2" w:rsidRDefault="00000000">
            <w:pPr>
              <w:rPr>
                <w:rFonts w:ascii="Helvetica Neue Light" w:hAnsi="Helvetica Neue Light"/>
                <w:sz w:val="13"/>
                <w:szCs w:val="13"/>
              </w:rPr>
            </w:pPr>
            <w:r w:rsidRPr="00D50FE2">
              <w:rPr>
                <w:rFonts w:ascii="Helvetica Neue Light" w:hAnsi="Helvetica Neue Light"/>
                <w:sz w:val="13"/>
                <w:szCs w:val="13"/>
              </w:rPr>
              <w:t>CONFORME CLIENTE</w:t>
            </w:r>
          </w:p>
        </w:tc>
        <w:tc>
          <w:tcPr>
            <w:tcW w:w="2834" w:type="dxa"/>
            <w:shd w:val="clear" w:color="auto" w:fill="D9D9D9" w:themeFill="background1" w:themeFillShade="D9"/>
          </w:tcPr>
          <w:p w:rsidR="004E4FD6" w:rsidRPr="00D50FE2" w:rsidRDefault="00000000">
            <w:pPr>
              <w:rPr>
                <w:rFonts w:ascii="Helvetica Neue" w:hAnsi="Helvetica Neue"/>
                <w:b/>
                <w:bCs/>
                <w:sz w:val="16"/>
                <w:szCs w:val="16"/>
              </w:rPr>
            </w:pPr>
            <w:r w:rsidRPr="00D50FE2">
              <w:rPr>
                <w:rFonts w:ascii="Helvetica Neue" w:hAnsi="Helvetica Neue"/>
                <w:b/>
                <w:bCs/>
                <w:sz w:val="16"/>
                <w:szCs w:val="16"/>
              </w:rPr>
              <w:t>TOTAL ALBARÁN</w:t>
            </w:r>
          </w:p>
        </w:tc>
      </w:tr>
      <w:tr w:rsidR="00303BE6" w:rsidRPr="000857E3" w:rsidTr="00303BE6">
        <w:trPr>
          <w:trHeight w:val="1385"/>
        </w:trPr>
        <w:tc>
          <w:tcPr>
            <w:tcW w:w="2493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2493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2493" w:type="dxa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  <w:tc>
          <w:tcPr>
            <w:tcW w:w="2834" w:type="dxa"/>
            <w:shd w:val="clear" w:color="auto" w:fill="D9D9D9" w:themeFill="background1" w:themeFillShade="D9"/>
          </w:tcPr>
          <w:p w:rsidR="004E4FD6" w:rsidRPr="000857E3" w:rsidRDefault="004E4FD6">
            <w:pPr>
              <w:rPr>
                <w:rFonts w:ascii="Helvetica Neue Light" w:hAnsi="Helvetica Neue Light"/>
                <w:sz w:val="16"/>
                <w:szCs w:val="16"/>
              </w:rPr>
            </w:pPr>
          </w:p>
        </w:tc>
      </w:tr>
    </w:tbl>
    <w:p w:rsidR="004E4FD6" w:rsidRPr="00303BE6" w:rsidRDefault="00000000">
      <w:pPr>
        <w:jc w:val="center"/>
        <w:rPr>
          <w:rFonts w:ascii="Helvetica Neue Light" w:hAnsi="Helvetica Neue Light"/>
          <w:sz w:val="20"/>
          <w:szCs w:val="20"/>
        </w:rPr>
      </w:pPr>
      <w:r w:rsidRPr="00303BE6">
        <w:rPr>
          <w:rFonts w:ascii="Helvetica Neue Light" w:hAnsi="Helvetica Neue Light"/>
          <w:sz w:val="20"/>
          <w:szCs w:val="20"/>
        </w:rPr>
        <w:br/>
        <w:t>Narcís Monturiol, 24 · Pol. Ind. Can Magre · 08187 Sta. Eulàlia de Ronçana · Barcelona · Spain</w:t>
      </w:r>
    </w:p>
    <w:sectPr w:rsidR="004E4FD6" w:rsidRPr="00303BE6" w:rsidSect="00303BE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8532522">
    <w:abstractNumId w:val="8"/>
  </w:num>
  <w:num w:numId="2" w16cid:durableId="1886092892">
    <w:abstractNumId w:val="6"/>
  </w:num>
  <w:num w:numId="3" w16cid:durableId="885289169">
    <w:abstractNumId w:val="5"/>
  </w:num>
  <w:num w:numId="4" w16cid:durableId="377821683">
    <w:abstractNumId w:val="4"/>
  </w:num>
  <w:num w:numId="5" w16cid:durableId="1518617543">
    <w:abstractNumId w:val="7"/>
  </w:num>
  <w:num w:numId="6" w16cid:durableId="818152652">
    <w:abstractNumId w:val="3"/>
  </w:num>
  <w:num w:numId="7" w16cid:durableId="1856964146">
    <w:abstractNumId w:val="2"/>
  </w:num>
  <w:num w:numId="8" w16cid:durableId="948001150">
    <w:abstractNumId w:val="1"/>
  </w:num>
  <w:num w:numId="9" w16cid:durableId="1221163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57E3"/>
    <w:rsid w:val="00105792"/>
    <w:rsid w:val="0015074B"/>
    <w:rsid w:val="00236380"/>
    <w:rsid w:val="0029639D"/>
    <w:rsid w:val="00303BE6"/>
    <w:rsid w:val="00326F90"/>
    <w:rsid w:val="00487EF3"/>
    <w:rsid w:val="004E4FD6"/>
    <w:rsid w:val="005F1879"/>
    <w:rsid w:val="006C57DE"/>
    <w:rsid w:val="009E5B68"/>
    <w:rsid w:val="00AA1D8D"/>
    <w:rsid w:val="00B47730"/>
    <w:rsid w:val="00B66054"/>
    <w:rsid w:val="00BD72C0"/>
    <w:rsid w:val="00CB0664"/>
    <w:rsid w:val="00D50FE2"/>
    <w:rsid w:val="00ED4D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8890B8"/>
  <w14:defaultImageDpi w14:val="300"/>
  <w15:docId w15:val="{C6B9E3D9-858B-344B-87F3-C3CECA479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carlos@itsbrava.com</cp:lastModifiedBy>
  <cp:revision>6</cp:revision>
  <dcterms:created xsi:type="dcterms:W3CDTF">2026-04-27T10:45:00Z</dcterms:created>
  <dcterms:modified xsi:type="dcterms:W3CDTF">2026-04-27T10:51:00Z</dcterms:modified>
  <cp:category/>
</cp:coreProperties>
</file>